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32F7C" w14:textId="77777777" w:rsidR="00A05895" w:rsidRDefault="00442796">
      <w:pPr>
        <w:jc w:val="center"/>
      </w:pPr>
      <w:r>
        <w:rPr>
          <w:b/>
          <w:sz w:val="34"/>
        </w:rPr>
        <w:t>S.P.I.N. FVG – MULTISPORT DAY</w:t>
      </w:r>
    </w:p>
    <w:p w14:paraId="5D019FC8" w14:textId="77777777" w:rsidR="00A05895" w:rsidRDefault="00442796">
      <w:pPr>
        <w:jc w:val="center"/>
      </w:pPr>
      <w:r>
        <w:rPr>
          <w:b/>
          <w:sz w:val="22"/>
        </w:rPr>
        <w:t>SCHEDA ORGANIZZATIVA – GARA / COMPETIZIONE</w:t>
      </w:r>
    </w:p>
    <w:p w14:paraId="225B9F8A" w14:textId="77777777" w:rsidR="00A05895" w:rsidRDefault="00442796">
      <w:pPr>
        <w:jc w:val="center"/>
      </w:pPr>
      <w:r>
        <w:rPr>
          <w:i/>
        </w:rPr>
        <w:t>Sabato 3 ottobre 2026 – Fucine Sporting Club, Buttrio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A05895" w14:paraId="2AB81DF0" w14:textId="77777777">
        <w:trPr>
          <w:jc w:val="center"/>
        </w:trPr>
        <w:tc>
          <w:tcPr>
            <w:tcW w:w="10540" w:type="dxa"/>
            <w:shd w:val="clear" w:color="auto" w:fill="D9EAF7"/>
            <w:vAlign w:val="center"/>
          </w:tcPr>
          <w:p w14:paraId="3004297B" w14:textId="77777777" w:rsidR="00A05895" w:rsidRDefault="00442796">
            <w:r>
              <w:rPr>
                <w:b/>
                <w:sz w:val="21"/>
              </w:rPr>
              <w:t>1. DATI DELLA GARA / COMPETIZIONE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669"/>
      </w:tblGrid>
      <w:tr w:rsidR="00A05895" w14:paraId="2EC7A51E" w14:textId="77777777">
        <w:trPr>
          <w:jc w:val="center"/>
        </w:trPr>
        <w:tc>
          <w:tcPr>
            <w:tcW w:w="4252" w:type="dxa"/>
            <w:vAlign w:val="center"/>
          </w:tcPr>
          <w:p w14:paraId="74615A40" w14:textId="77777777" w:rsidR="00A05895" w:rsidRDefault="00442796">
            <w:r>
              <w:rPr>
                <w:b/>
              </w:rPr>
              <w:t>Federazione / Ente di Promozione Sportiva</w:t>
            </w:r>
          </w:p>
        </w:tc>
        <w:tc>
          <w:tcPr>
            <w:tcW w:w="5669" w:type="dxa"/>
            <w:vAlign w:val="center"/>
          </w:tcPr>
          <w:p w14:paraId="55D02FD3" w14:textId="77777777" w:rsidR="00A05895" w:rsidRDefault="00442796">
            <w:r>
              <w:t>________________________________________</w:t>
            </w:r>
          </w:p>
        </w:tc>
      </w:tr>
      <w:tr w:rsidR="00A05895" w14:paraId="6DDA8A68" w14:textId="77777777">
        <w:trPr>
          <w:jc w:val="center"/>
        </w:trPr>
        <w:tc>
          <w:tcPr>
            <w:tcW w:w="4252" w:type="dxa"/>
            <w:vAlign w:val="center"/>
          </w:tcPr>
          <w:p w14:paraId="3C164637" w14:textId="77777777" w:rsidR="00A05895" w:rsidRDefault="00442796">
            <w:r>
              <w:t>Comitato regionale</w:t>
            </w:r>
          </w:p>
        </w:tc>
        <w:tc>
          <w:tcPr>
            <w:tcW w:w="5669" w:type="dxa"/>
            <w:vAlign w:val="center"/>
          </w:tcPr>
          <w:p w14:paraId="3D908F69" w14:textId="77777777" w:rsidR="00A05895" w:rsidRDefault="00442796">
            <w:r>
              <w:t>________________________________________</w:t>
            </w:r>
          </w:p>
        </w:tc>
      </w:tr>
      <w:tr w:rsidR="00A05895" w14:paraId="2CD79C52" w14:textId="77777777">
        <w:trPr>
          <w:jc w:val="center"/>
        </w:trPr>
        <w:tc>
          <w:tcPr>
            <w:tcW w:w="4252" w:type="dxa"/>
            <w:vAlign w:val="center"/>
          </w:tcPr>
          <w:p w14:paraId="73FC9AC2" w14:textId="77777777" w:rsidR="00A05895" w:rsidRDefault="00442796">
            <w:r>
              <w:t>Disciplina sportiva</w:t>
            </w:r>
          </w:p>
        </w:tc>
        <w:tc>
          <w:tcPr>
            <w:tcW w:w="5669" w:type="dxa"/>
            <w:vAlign w:val="center"/>
          </w:tcPr>
          <w:p w14:paraId="3CCA02BB" w14:textId="77777777" w:rsidR="00A05895" w:rsidRDefault="00442796">
            <w:r>
              <w:t>________________________________________</w:t>
            </w:r>
          </w:p>
        </w:tc>
      </w:tr>
      <w:tr w:rsidR="00A05895" w14:paraId="1CDA935D" w14:textId="77777777">
        <w:trPr>
          <w:jc w:val="center"/>
        </w:trPr>
        <w:tc>
          <w:tcPr>
            <w:tcW w:w="4252" w:type="dxa"/>
            <w:vAlign w:val="center"/>
          </w:tcPr>
          <w:p w14:paraId="6694CE34" w14:textId="77777777" w:rsidR="00A05895" w:rsidRDefault="00442796">
            <w:r>
              <w:t>Orario assegnato</w:t>
            </w:r>
          </w:p>
        </w:tc>
        <w:tc>
          <w:tcPr>
            <w:tcW w:w="5669" w:type="dxa"/>
            <w:vAlign w:val="center"/>
          </w:tcPr>
          <w:p w14:paraId="75B7879D" w14:textId="77777777" w:rsidR="00A05895" w:rsidRDefault="00442796">
            <w:r>
              <w:t>dalle __________ alle __________</w:t>
            </w:r>
          </w:p>
        </w:tc>
      </w:tr>
      <w:tr w:rsidR="00A05895" w14:paraId="1AFE459E" w14:textId="77777777">
        <w:trPr>
          <w:jc w:val="center"/>
        </w:trPr>
        <w:tc>
          <w:tcPr>
            <w:tcW w:w="5270" w:type="dxa"/>
          </w:tcPr>
          <w:p w14:paraId="08541E0C" w14:textId="77777777" w:rsidR="00A05895" w:rsidRDefault="00442796">
            <w:r>
              <w:rPr>
                <w:b/>
              </w:rPr>
              <w:t>Spazio assegnato</w:t>
            </w:r>
          </w:p>
        </w:tc>
        <w:tc>
          <w:tcPr>
            <w:tcW w:w="5270" w:type="dxa"/>
          </w:tcPr>
          <w:p w14:paraId="1E115BDF" w14:textId="77777777" w:rsidR="00A05895" w:rsidRDefault="00442796">
            <w:r>
              <w:t>________________________________________</w:t>
            </w:r>
          </w:p>
        </w:tc>
      </w:tr>
    </w:tbl>
    <w:p w14:paraId="27C17C71" w14:textId="77777777" w:rsidR="00A05895" w:rsidRDefault="00442796">
      <w:pPr>
        <w:spacing w:after="40"/>
      </w:pPr>
      <w:r>
        <w:rPr>
          <w:b/>
        </w:rPr>
        <w:t xml:space="preserve">Tipologia attività: </w:t>
      </w:r>
      <w:r>
        <w:t>☒</w:t>
      </w:r>
      <w:r>
        <w:t xml:space="preserve"> Gara / competizione   </w:t>
      </w:r>
      <w:r>
        <w:rPr>
          <w:i/>
        </w:rPr>
        <w:t>Campo obbligatorio</w:t>
      </w:r>
    </w:p>
    <w:p w14:paraId="44CFBDD0" w14:textId="77777777" w:rsidR="00A05895" w:rsidRDefault="00442796">
      <w:pPr>
        <w:spacing w:after="80"/>
      </w:pPr>
      <w:r>
        <w:rPr>
          <w:b/>
        </w:rPr>
        <w:t xml:space="preserve">Livello: </w:t>
      </w:r>
      <w:r>
        <w:t>☐</w:t>
      </w:r>
      <w:r>
        <w:t xml:space="preserve"> Promozionale / amatoriale    ☐ Provinciale    ☐ Regionale    ☐ Nazionale    ☐ Altro 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A05895" w14:paraId="6A93A190" w14:textId="77777777">
        <w:trPr>
          <w:jc w:val="center"/>
        </w:trPr>
        <w:tc>
          <w:tcPr>
            <w:tcW w:w="10540" w:type="dxa"/>
            <w:shd w:val="clear" w:color="auto" w:fill="D9EAF7"/>
            <w:vAlign w:val="center"/>
          </w:tcPr>
          <w:p w14:paraId="70B1A854" w14:textId="77777777" w:rsidR="00A05895" w:rsidRDefault="00442796">
            <w:r>
              <w:rPr>
                <w:b/>
                <w:sz w:val="21"/>
              </w:rPr>
              <w:t>2. PARTECIPANTI – FASCIA D’ETÀ</w:t>
            </w:r>
          </w:p>
        </w:tc>
      </w:tr>
    </w:tbl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631"/>
        <w:gridCol w:w="2633"/>
        <w:gridCol w:w="2633"/>
        <w:gridCol w:w="2633"/>
      </w:tblGrid>
      <w:tr w:rsidR="00A05895" w14:paraId="4F73CB29" w14:textId="77777777">
        <w:trPr>
          <w:jc w:val="center"/>
        </w:trPr>
        <w:tc>
          <w:tcPr>
            <w:tcW w:w="2635" w:type="dxa"/>
            <w:shd w:val="clear" w:color="auto" w:fill="EAF2F8"/>
          </w:tcPr>
          <w:p w14:paraId="3CAA05AD" w14:textId="77777777" w:rsidR="00A05895" w:rsidRDefault="00442796">
            <w:r>
              <w:rPr>
                <w:b/>
              </w:rPr>
              <w:t>Fascia di età</w:t>
            </w:r>
          </w:p>
        </w:tc>
        <w:tc>
          <w:tcPr>
            <w:tcW w:w="2635" w:type="dxa"/>
            <w:shd w:val="clear" w:color="auto" w:fill="EAF2F8"/>
          </w:tcPr>
          <w:p w14:paraId="61A89B0F" w14:textId="77777777" w:rsidR="00A05895" w:rsidRDefault="00442796">
            <w:r>
              <w:rPr>
                <w:b/>
              </w:rPr>
              <w:t>Disabilità</w:t>
            </w:r>
          </w:p>
        </w:tc>
        <w:tc>
          <w:tcPr>
            <w:tcW w:w="2635" w:type="dxa"/>
            <w:shd w:val="clear" w:color="auto" w:fill="EAF2F8"/>
          </w:tcPr>
          <w:p w14:paraId="1C5166CB" w14:textId="77777777" w:rsidR="00A05895" w:rsidRDefault="00442796">
            <w:r>
              <w:rPr>
                <w:b/>
              </w:rPr>
              <w:t>Non disabilità</w:t>
            </w:r>
          </w:p>
        </w:tc>
        <w:tc>
          <w:tcPr>
            <w:tcW w:w="2635" w:type="dxa"/>
            <w:shd w:val="clear" w:color="auto" w:fill="EAF2F8"/>
          </w:tcPr>
          <w:p w14:paraId="79E13323" w14:textId="77777777" w:rsidR="00A05895" w:rsidRDefault="00442796">
            <w:r>
              <w:rPr>
                <w:b/>
              </w:rPr>
              <w:t>Totale</w:t>
            </w:r>
          </w:p>
        </w:tc>
      </w:tr>
      <w:tr w:rsidR="00A05895" w14:paraId="7433E661" w14:textId="77777777">
        <w:trPr>
          <w:jc w:val="center"/>
        </w:trPr>
        <w:tc>
          <w:tcPr>
            <w:tcW w:w="2635" w:type="dxa"/>
          </w:tcPr>
          <w:p w14:paraId="2845D111" w14:textId="77777777" w:rsidR="00A05895" w:rsidRDefault="00442796">
            <w:r>
              <w:t>4–6 anni</w:t>
            </w:r>
          </w:p>
        </w:tc>
        <w:tc>
          <w:tcPr>
            <w:tcW w:w="2635" w:type="dxa"/>
          </w:tcPr>
          <w:p w14:paraId="1972459B" w14:textId="77777777" w:rsidR="00A05895" w:rsidRDefault="00442796">
            <w:r>
              <w:t>________</w:t>
            </w:r>
          </w:p>
        </w:tc>
        <w:tc>
          <w:tcPr>
            <w:tcW w:w="2635" w:type="dxa"/>
          </w:tcPr>
          <w:p w14:paraId="4FE50946" w14:textId="77777777" w:rsidR="00A05895" w:rsidRDefault="00442796">
            <w:r>
              <w:t>________</w:t>
            </w:r>
          </w:p>
        </w:tc>
        <w:tc>
          <w:tcPr>
            <w:tcW w:w="2635" w:type="dxa"/>
          </w:tcPr>
          <w:p w14:paraId="20A1A497" w14:textId="77777777" w:rsidR="00A05895" w:rsidRDefault="00442796">
            <w:r>
              <w:t>________</w:t>
            </w:r>
          </w:p>
        </w:tc>
      </w:tr>
      <w:tr w:rsidR="00A05895" w14:paraId="346BAC21" w14:textId="77777777">
        <w:trPr>
          <w:jc w:val="center"/>
        </w:trPr>
        <w:tc>
          <w:tcPr>
            <w:tcW w:w="2635" w:type="dxa"/>
          </w:tcPr>
          <w:p w14:paraId="061A19EB" w14:textId="77777777" w:rsidR="00A05895" w:rsidRDefault="00442796">
            <w:r>
              <w:t>7–10 anni</w:t>
            </w:r>
          </w:p>
        </w:tc>
        <w:tc>
          <w:tcPr>
            <w:tcW w:w="2635" w:type="dxa"/>
          </w:tcPr>
          <w:p w14:paraId="3260F775" w14:textId="77777777" w:rsidR="00A05895" w:rsidRDefault="00442796">
            <w:r>
              <w:t>________</w:t>
            </w:r>
          </w:p>
        </w:tc>
        <w:tc>
          <w:tcPr>
            <w:tcW w:w="2635" w:type="dxa"/>
          </w:tcPr>
          <w:p w14:paraId="4D0207FD" w14:textId="77777777" w:rsidR="00A05895" w:rsidRDefault="00442796">
            <w:r>
              <w:t>________</w:t>
            </w:r>
          </w:p>
        </w:tc>
        <w:tc>
          <w:tcPr>
            <w:tcW w:w="2635" w:type="dxa"/>
          </w:tcPr>
          <w:p w14:paraId="61F94F7F" w14:textId="77777777" w:rsidR="00A05895" w:rsidRDefault="00442796">
            <w:r>
              <w:t>________</w:t>
            </w:r>
          </w:p>
        </w:tc>
      </w:tr>
      <w:tr w:rsidR="00A05895" w14:paraId="05B73A8B" w14:textId="77777777">
        <w:trPr>
          <w:jc w:val="center"/>
        </w:trPr>
        <w:tc>
          <w:tcPr>
            <w:tcW w:w="2635" w:type="dxa"/>
          </w:tcPr>
          <w:p w14:paraId="21B74488" w14:textId="77777777" w:rsidR="00A05895" w:rsidRDefault="00442796">
            <w:r>
              <w:t>11–14 anni</w:t>
            </w:r>
          </w:p>
        </w:tc>
        <w:tc>
          <w:tcPr>
            <w:tcW w:w="2635" w:type="dxa"/>
          </w:tcPr>
          <w:p w14:paraId="0ECCE762" w14:textId="77777777" w:rsidR="00A05895" w:rsidRDefault="00442796">
            <w:r>
              <w:t>________</w:t>
            </w:r>
          </w:p>
        </w:tc>
        <w:tc>
          <w:tcPr>
            <w:tcW w:w="2635" w:type="dxa"/>
          </w:tcPr>
          <w:p w14:paraId="65D54323" w14:textId="77777777" w:rsidR="00A05895" w:rsidRDefault="00442796">
            <w:r>
              <w:t>________</w:t>
            </w:r>
          </w:p>
        </w:tc>
        <w:tc>
          <w:tcPr>
            <w:tcW w:w="2635" w:type="dxa"/>
          </w:tcPr>
          <w:p w14:paraId="417D79D2" w14:textId="77777777" w:rsidR="00A05895" w:rsidRDefault="00442796">
            <w:r>
              <w:t>________</w:t>
            </w:r>
          </w:p>
        </w:tc>
      </w:tr>
      <w:tr w:rsidR="00A05895" w14:paraId="76972245" w14:textId="77777777">
        <w:trPr>
          <w:jc w:val="center"/>
        </w:trPr>
        <w:tc>
          <w:tcPr>
            <w:tcW w:w="2635" w:type="dxa"/>
          </w:tcPr>
          <w:p w14:paraId="614DA463" w14:textId="77777777" w:rsidR="00A05895" w:rsidRDefault="00442796">
            <w:r>
              <w:t>15–18 anni</w:t>
            </w:r>
          </w:p>
        </w:tc>
        <w:tc>
          <w:tcPr>
            <w:tcW w:w="2635" w:type="dxa"/>
          </w:tcPr>
          <w:p w14:paraId="7AA84526" w14:textId="77777777" w:rsidR="00A05895" w:rsidRDefault="00442796">
            <w:r>
              <w:t>________</w:t>
            </w:r>
          </w:p>
        </w:tc>
        <w:tc>
          <w:tcPr>
            <w:tcW w:w="2635" w:type="dxa"/>
          </w:tcPr>
          <w:p w14:paraId="2471C52F" w14:textId="77777777" w:rsidR="00A05895" w:rsidRDefault="00442796">
            <w:r>
              <w:t>________</w:t>
            </w:r>
          </w:p>
        </w:tc>
        <w:tc>
          <w:tcPr>
            <w:tcW w:w="2635" w:type="dxa"/>
          </w:tcPr>
          <w:p w14:paraId="3BA651A6" w14:textId="77777777" w:rsidR="00A05895" w:rsidRDefault="00442796">
            <w:r>
              <w:t>________</w:t>
            </w:r>
          </w:p>
        </w:tc>
      </w:tr>
      <w:tr w:rsidR="00A05895" w14:paraId="4985B18B" w14:textId="77777777">
        <w:trPr>
          <w:jc w:val="center"/>
        </w:trPr>
        <w:tc>
          <w:tcPr>
            <w:tcW w:w="2635" w:type="dxa"/>
          </w:tcPr>
          <w:p w14:paraId="1F0AB086" w14:textId="77777777" w:rsidR="00A05895" w:rsidRDefault="00442796">
            <w:r>
              <w:t>19–30 anni</w:t>
            </w:r>
          </w:p>
        </w:tc>
        <w:tc>
          <w:tcPr>
            <w:tcW w:w="2635" w:type="dxa"/>
          </w:tcPr>
          <w:p w14:paraId="7822B71A" w14:textId="77777777" w:rsidR="00A05895" w:rsidRDefault="00442796">
            <w:r>
              <w:t>________</w:t>
            </w:r>
          </w:p>
        </w:tc>
        <w:tc>
          <w:tcPr>
            <w:tcW w:w="2635" w:type="dxa"/>
          </w:tcPr>
          <w:p w14:paraId="66D76A03" w14:textId="77777777" w:rsidR="00A05895" w:rsidRDefault="00442796">
            <w:r>
              <w:t>________</w:t>
            </w:r>
          </w:p>
        </w:tc>
        <w:tc>
          <w:tcPr>
            <w:tcW w:w="2635" w:type="dxa"/>
          </w:tcPr>
          <w:p w14:paraId="710AE1CF" w14:textId="77777777" w:rsidR="00A05895" w:rsidRDefault="00442796">
            <w:r>
              <w:t>________</w:t>
            </w:r>
          </w:p>
        </w:tc>
      </w:tr>
      <w:tr w:rsidR="00A05895" w14:paraId="5D5A5305" w14:textId="77777777">
        <w:trPr>
          <w:jc w:val="center"/>
        </w:trPr>
        <w:tc>
          <w:tcPr>
            <w:tcW w:w="2635" w:type="dxa"/>
          </w:tcPr>
          <w:p w14:paraId="28F8F857" w14:textId="77777777" w:rsidR="00A05895" w:rsidRDefault="00442796">
            <w:r>
              <w:t>31–50 anni</w:t>
            </w:r>
          </w:p>
        </w:tc>
        <w:tc>
          <w:tcPr>
            <w:tcW w:w="2635" w:type="dxa"/>
          </w:tcPr>
          <w:p w14:paraId="725BE916" w14:textId="77777777" w:rsidR="00A05895" w:rsidRDefault="00442796">
            <w:r>
              <w:t>________</w:t>
            </w:r>
          </w:p>
        </w:tc>
        <w:tc>
          <w:tcPr>
            <w:tcW w:w="2635" w:type="dxa"/>
          </w:tcPr>
          <w:p w14:paraId="4B09D5C5" w14:textId="77777777" w:rsidR="00A05895" w:rsidRDefault="00442796">
            <w:r>
              <w:t>________</w:t>
            </w:r>
          </w:p>
        </w:tc>
        <w:tc>
          <w:tcPr>
            <w:tcW w:w="2635" w:type="dxa"/>
          </w:tcPr>
          <w:p w14:paraId="535ACC3E" w14:textId="77777777" w:rsidR="00A05895" w:rsidRDefault="00442796">
            <w:r>
              <w:t>________</w:t>
            </w:r>
          </w:p>
        </w:tc>
      </w:tr>
      <w:tr w:rsidR="00A05895" w14:paraId="3567BE97" w14:textId="77777777">
        <w:trPr>
          <w:jc w:val="center"/>
        </w:trPr>
        <w:tc>
          <w:tcPr>
            <w:tcW w:w="2635" w:type="dxa"/>
          </w:tcPr>
          <w:p w14:paraId="6D2FC141" w14:textId="77777777" w:rsidR="00A05895" w:rsidRDefault="00442796">
            <w:r>
              <w:t>Over 50</w:t>
            </w:r>
          </w:p>
        </w:tc>
        <w:tc>
          <w:tcPr>
            <w:tcW w:w="2635" w:type="dxa"/>
          </w:tcPr>
          <w:p w14:paraId="5C15BDAB" w14:textId="77777777" w:rsidR="00A05895" w:rsidRDefault="00442796">
            <w:r>
              <w:t>________</w:t>
            </w:r>
          </w:p>
        </w:tc>
        <w:tc>
          <w:tcPr>
            <w:tcW w:w="2635" w:type="dxa"/>
          </w:tcPr>
          <w:p w14:paraId="491A280E" w14:textId="77777777" w:rsidR="00A05895" w:rsidRDefault="00442796">
            <w:r>
              <w:t>________</w:t>
            </w:r>
          </w:p>
        </w:tc>
        <w:tc>
          <w:tcPr>
            <w:tcW w:w="2635" w:type="dxa"/>
          </w:tcPr>
          <w:p w14:paraId="0B7F8040" w14:textId="77777777" w:rsidR="00A05895" w:rsidRDefault="00442796">
            <w:r>
              <w:t>________</w:t>
            </w:r>
          </w:p>
        </w:tc>
      </w:tr>
      <w:tr w:rsidR="00A05895" w14:paraId="3B0EA419" w14:textId="77777777">
        <w:trPr>
          <w:jc w:val="center"/>
        </w:trPr>
        <w:tc>
          <w:tcPr>
            <w:tcW w:w="2635" w:type="dxa"/>
          </w:tcPr>
          <w:p w14:paraId="68076831" w14:textId="77777777" w:rsidR="00A05895" w:rsidRDefault="00442796">
            <w:r>
              <w:rPr>
                <w:b/>
              </w:rPr>
              <w:t>TOTALE</w:t>
            </w:r>
          </w:p>
        </w:tc>
        <w:tc>
          <w:tcPr>
            <w:tcW w:w="2635" w:type="dxa"/>
          </w:tcPr>
          <w:p w14:paraId="7F35089F" w14:textId="77777777" w:rsidR="00A05895" w:rsidRDefault="00442796">
            <w:r>
              <w:rPr>
                <w:b/>
              </w:rPr>
              <w:t>________</w:t>
            </w:r>
          </w:p>
        </w:tc>
        <w:tc>
          <w:tcPr>
            <w:tcW w:w="2635" w:type="dxa"/>
          </w:tcPr>
          <w:p w14:paraId="3098C063" w14:textId="77777777" w:rsidR="00A05895" w:rsidRDefault="00442796">
            <w:r>
              <w:rPr>
                <w:b/>
              </w:rPr>
              <w:t>________</w:t>
            </w:r>
          </w:p>
        </w:tc>
        <w:tc>
          <w:tcPr>
            <w:tcW w:w="2635" w:type="dxa"/>
          </w:tcPr>
          <w:p w14:paraId="6F195CEB" w14:textId="77777777" w:rsidR="00A05895" w:rsidRDefault="00442796">
            <w:r>
              <w:rPr>
                <w:b/>
              </w:rPr>
              <w:t>________</w:t>
            </w:r>
          </w:p>
        </w:tc>
      </w:tr>
    </w:tbl>
    <w:p w14:paraId="3BBA2F52" w14:textId="77777777" w:rsidR="00A05895" w:rsidRDefault="00442796">
      <w:pPr>
        <w:spacing w:before="60"/>
      </w:pPr>
      <w:r>
        <w:rPr>
          <w:b/>
        </w:rPr>
        <w:t xml:space="preserve">Numero complessivo atleti previsti: </w:t>
      </w:r>
      <w:r>
        <w:t>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A05895" w14:paraId="170D4AAD" w14:textId="77777777">
        <w:trPr>
          <w:jc w:val="center"/>
        </w:trPr>
        <w:tc>
          <w:tcPr>
            <w:tcW w:w="10540" w:type="dxa"/>
            <w:shd w:val="clear" w:color="auto" w:fill="D9EAF7"/>
            <w:vAlign w:val="center"/>
          </w:tcPr>
          <w:p w14:paraId="70B62744" w14:textId="77777777" w:rsidR="00A05895" w:rsidRDefault="00442796">
            <w:r>
              <w:rPr>
                <w:b/>
                <w:sz w:val="21"/>
              </w:rPr>
              <w:t>3. MEDAGLIE E PREMI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2"/>
        <w:gridCol w:w="5669"/>
      </w:tblGrid>
      <w:tr w:rsidR="00A05895" w14:paraId="512BA263" w14:textId="77777777">
        <w:trPr>
          <w:jc w:val="center"/>
        </w:trPr>
        <w:tc>
          <w:tcPr>
            <w:tcW w:w="4252" w:type="dxa"/>
            <w:vAlign w:val="center"/>
          </w:tcPr>
          <w:p w14:paraId="73F682C5" w14:textId="77777777" w:rsidR="00A05895" w:rsidRDefault="00442796">
            <w:r>
              <w:rPr>
                <w:b/>
              </w:rPr>
              <w:t>Numero medaglie richieste / previste</w:t>
            </w:r>
          </w:p>
        </w:tc>
        <w:tc>
          <w:tcPr>
            <w:tcW w:w="5669" w:type="dxa"/>
            <w:vAlign w:val="center"/>
          </w:tcPr>
          <w:p w14:paraId="5303BB0C" w14:textId="77777777" w:rsidR="00A05895" w:rsidRDefault="00442796">
            <w:r>
              <w:t>__________</w:t>
            </w:r>
          </w:p>
        </w:tc>
      </w:tr>
      <w:tr w:rsidR="00A05895" w14:paraId="1A172149" w14:textId="77777777">
        <w:trPr>
          <w:jc w:val="center"/>
        </w:trPr>
        <w:tc>
          <w:tcPr>
            <w:tcW w:w="4252" w:type="dxa"/>
            <w:vAlign w:val="center"/>
          </w:tcPr>
          <w:p w14:paraId="12018071" w14:textId="77777777" w:rsidR="00A05895" w:rsidRDefault="00442796">
            <w:r>
              <w:rPr>
                <w:b/>
              </w:rPr>
              <w:t>Numero trofei / coppe previste</w:t>
            </w:r>
          </w:p>
        </w:tc>
        <w:tc>
          <w:tcPr>
            <w:tcW w:w="5669" w:type="dxa"/>
            <w:vAlign w:val="center"/>
          </w:tcPr>
          <w:p w14:paraId="5EA925AC" w14:textId="77777777" w:rsidR="00A05895" w:rsidRDefault="00442796">
            <w:r>
              <w:t>__________</w:t>
            </w:r>
          </w:p>
        </w:tc>
      </w:tr>
      <w:tr w:rsidR="00A05895" w14:paraId="48112569" w14:textId="77777777">
        <w:trPr>
          <w:jc w:val="center"/>
        </w:trPr>
        <w:tc>
          <w:tcPr>
            <w:tcW w:w="4252" w:type="dxa"/>
            <w:vAlign w:val="center"/>
          </w:tcPr>
          <w:p w14:paraId="0464B348" w14:textId="77777777" w:rsidR="00A05895" w:rsidRDefault="00442796">
            <w:r>
              <w:rPr>
                <w:b/>
              </w:rPr>
              <w:t>Altri gadget previsti per tutti</w:t>
            </w:r>
          </w:p>
        </w:tc>
        <w:tc>
          <w:tcPr>
            <w:tcW w:w="5669" w:type="dxa"/>
            <w:vAlign w:val="center"/>
          </w:tcPr>
          <w:p w14:paraId="263E88C1" w14:textId="77777777" w:rsidR="00A05895" w:rsidRDefault="00442796">
            <w:r>
              <w:t>☐</w:t>
            </w:r>
            <w:r>
              <w:t xml:space="preserve"> Sì    ☐ No    –  Tipologia: __________________________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A05895" w14:paraId="0BEF9DEB" w14:textId="77777777">
        <w:trPr>
          <w:jc w:val="center"/>
        </w:trPr>
        <w:tc>
          <w:tcPr>
            <w:tcW w:w="10540" w:type="dxa"/>
            <w:shd w:val="clear" w:color="auto" w:fill="D9EAF7"/>
            <w:vAlign w:val="center"/>
          </w:tcPr>
          <w:p w14:paraId="54D50A0E" w14:textId="77777777" w:rsidR="00A05895" w:rsidRDefault="00442796">
            <w:r>
              <w:rPr>
                <w:b/>
                <w:sz w:val="21"/>
              </w:rPr>
              <w:t>4. ASSOCIAZIONI SPORTIVE PARTECIPANTI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2"/>
        <w:gridCol w:w="5669"/>
      </w:tblGrid>
      <w:tr w:rsidR="00A05895" w14:paraId="2550E491" w14:textId="77777777">
        <w:trPr>
          <w:jc w:val="center"/>
        </w:trPr>
        <w:tc>
          <w:tcPr>
            <w:tcW w:w="4252" w:type="dxa"/>
            <w:vAlign w:val="center"/>
          </w:tcPr>
          <w:p w14:paraId="028A0A41" w14:textId="77777777" w:rsidR="00A05895" w:rsidRDefault="00442796">
            <w:r>
              <w:rPr>
                <w:b/>
              </w:rPr>
              <w:t>Numero di associazioni / società sportive partecipanti</w:t>
            </w:r>
          </w:p>
        </w:tc>
        <w:tc>
          <w:tcPr>
            <w:tcW w:w="5669" w:type="dxa"/>
            <w:vAlign w:val="center"/>
          </w:tcPr>
          <w:p w14:paraId="04B816D7" w14:textId="77777777" w:rsidR="00A05895" w:rsidRDefault="00442796">
            <w:r>
              <w:t>__________</w:t>
            </w:r>
          </w:p>
        </w:tc>
      </w:tr>
    </w:tbl>
    <w:p w14:paraId="2B5D4A76" w14:textId="77777777" w:rsidR="00A05895" w:rsidRDefault="00442796">
      <w:pPr>
        <w:spacing w:before="160"/>
        <w:jc w:val="center"/>
      </w:pPr>
      <w:r>
        <w:rPr>
          <w:i/>
          <w:sz w:val="17"/>
        </w:rPr>
        <w:t>La scheda è finalizzata alla programmazione organizzativa dell’evento.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A05895" w14:paraId="1CBCC11C" w14:textId="77777777">
        <w:trPr>
          <w:jc w:val="center"/>
        </w:trPr>
        <w:tc>
          <w:tcPr>
            <w:tcW w:w="10540" w:type="dxa"/>
            <w:shd w:val="clear" w:color="auto" w:fill="D9EAF7"/>
          </w:tcPr>
          <w:p w14:paraId="34FE5983" w14:textId="77777777" w:rsidR="00A05895" w:rsidRDefault="00442796">
            <w:r>
              <w:rPr>
                <w:b/>
                <w:sz w:val="21"/>
              </w:rPr>
              <w:t>5. ESIBIZIONI ED ELEMENTI COLLATERALI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669"/>
      </w:tblGrid>
      <w:tr w:rsidR="00A05895" w14:paraId="78E72C48" w14:textId="77777777">
        <w:trPr>
          <w:jc w:val="center"/>
        </w:trPr>
        <w:tc>
          <w:tcPr>
            <w:tcW w:w="4252" w:type="dxa"/>
          </w:tcPr>
          <w:p w14:paraId="10490815" w14:textId="77777777" w:rsidR="00A05895" w:rsidRDefault="00442796">
            <w:r>
              <w:rPr>
                <w:b/>
              </w:rPr>
              <w:t>Eventuali esibizioni previste</w:t>
            </w:r>
          </w:p>
        </w:tc>
        <w:tc>
          <w:tcPr>
            <w:tcW w:w="5669" w:type="dxa"/>
          </w:tcPr>
          <w:p w14:paraId="5CC7D299" w14:textId="77777777" w:rsidR="00A05895" w:rsidRDefault="00442796">
            <w:r>
              <w:t>☐</w:t>
            </w:r>
            <w:r>
              <w:t xml:space="preserve"> Sì    ☐ No</w:t>
            </w:r>
            <w:r>
              <w:br/>
              <w:t>Tipologia / descrizione: ______________________________</w:t>
            </w:r>
          </w:p>
        </w:tc>
      </w:tr>
      <w:tr w:rsidR="00A05895" w14:paraId="4B91CE32" w14:textId="77777777">
        <w:trPr>
          <w:jc w:val="center"/>
        </w:trPr>
        <w:tc>
          <w:tcPr>
            <w:tcW w:w="5270" w:type="dxa"/>
          </w:tcPr>
          <w:p w14:paraId="579AAF81" w14:textId="77777777" w:rsidR="00A05895" w:rsidRDefault="00442796">
            <w:r>
              <w:rPr>
                <w:b/>
              </w:rPr>
              <w:t>Elementi collaterali alla competizione</w:t>
            </w:r>
          </w:p>
        </w:tc>
        <w:tc>
          <w:tcPr>
            <w:tcW w:w="5270" w:type="dxa"/>
          </w:tcPr>
          <w:p w14:paraId="644BD0B0" w14:textId="77777777" w:rsidR="00A05895" w:rsidRDefault="00442796">
            <w:r>
              <w:t>☐</w:t>
            </w:r>
            <w:r>
              <w:t xml:space="preserve"> Sì    ☐ No</w:t>
            </w:r>
            <w:r>
              <w:br/>
              <w:t>Descrizione: __________________________________________</w:t>
            </w:r>
          </w:p>
        </w:tc>
      </w:tr>
    </w:tbl>
    <w:p w14:paraId="33A04156" w14:textId="77777777" w:rsidR="00442796" w:rsidRDefault="00442796"/>
    <w:sectPr w:rsidR="00442796" w:rsidSect="00034616"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6363730">
    <w:abstractNumId w:val="8"/>
  </w:num>
  <w:num w:numId="2" w16cid:durableId="92166647">
    <w:abstractNumId w:val="6"/>
  </w:num>
  <w:num w:numId="3" w16cid:durableId="549072789">
    <w:abstractNumId w:val="5"/>
  </w:num>
  <w:num w:numId="4" w16cid:durableId="1767968562">
    <w:abstractNumId w:val="4"/>
  </w:num>
  <w:num w:numId="5" w16cid:durableId="1260479516">
    <w:abstractNumId w:val="7"/>
  </w:num>
  <w:num w:numId="6" w16cid:durableId="1295019495">
    <w:abstractNumId w:val="3"/>
  </w:num>
  <w:num w:numId="7" w16cid:durableId="44453155">
    <w:abstractNumId w:val="2"/>
  </w:num>
  <w:num w:numId="8" w16cid:durableId="2101944886">
    <w:abstractNumId w:val="1"/>
  </w:num>
  <w:num w:numId="9" w16cid:durableId="702172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A3E6F"/>
    <w:rsid w:val="00442796"/>
    <w:rsid w:val="00A05895"/>
    <w:rsid w:val="00AA1D8D"/>
    <w:rsid w:val="00AE44F1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46FE32"/>
  <w14:defaultImageDpi w14:val="300"/>
  <w15:docId w15:val="{1BF8BCD5-3EDD-4131-85B0-78B876C61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nicola di benedetto</cp:lastModifiedBy>
  <cp:revision>2</cp:revision>
  <dcterms:created xsi:type="dcterms:W3CDTF">2026-09-25T15:02:00Z</dcterms:created>
  <dcterms:modified xsi:type="dcterms:W3CDTF">2026-09-25T15:02:00Z</dcterms:modified>
  <cp:category/>
</cp:coreProperties>
</file>